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9D62B" w14:textId="77777777" w:rsidR="007B4976" w:rsidRDefault="00B803CF">
      <w:pPr>
        <w:jc w:val="both"/>
      </w:pPr>
      <w:r>
        <w:rPr>
          <w:i/>
        </w:rPr>
        <w:t>Załącznik nr 1 do Zaproszenia do składania ofert</w:t>
      </w:r>
    </w:p>
    <w:p w14:paraId="097A0A4A" w14:textId="77777777" w:rsidR="007B4976" w:rsidRDefault="00B803CF">
      <w:pPr>
        <w:pStyle w:val="FormTitle"/>
        <w:jc w:val="center"/>
      </w:pPr>
      <w:r>
        <w:t>FORMULARZ OFERTOWY</w:t>
      </w:r>
    </w:p>
    <w:p w14:paraId="29E9641E" w14:textId="33E46ECC" w:rsidR="00052972" w:rsidRPr="004E307B" w:rsidRDefault="004E307B" w:rsidP="004E307B">
      <w:pPr>
        <w:jc w:val="both"/>
        <w:rPr>
          <w:bCs/>
        </w:rPr>
      </w:pPr>
      <w:r w:rsidRPr="004E307B">
        <w:rPr>
          <w:bCs/>
        </w:rPr>
        <w:t xml:space="preserve">Wykonanie i montaż rolet dzień noc w pomieszczeniach oddziałów Psychogeriatrycznego i Oddziału Psychiatrii Sądowej o Podstawowym Zabezpieczeniu znajdujących się w Budynku nr 2 </w:t>
      </w:r>
    </w:p>
    <w:p w14:paraId="79B2A551" w14:textId="7E32DD8C" w:rsidR="007B4976" w:rsidRDefault="00B803CF">
      <w:pPr>
        <w:jc w:val="both"/>
      </w:pPr>
      <w:r>
        <w:rPr>
          <w:b/>
        </w:rPr>
        <w:t>Znak postępowania: ZP-3501/</w:t>
      </w:r>
      <w:r w:rsidR="00377AAD">
        <w:rPr>
          <w:b/>
        </w:rPr>
        <w:t>44</w:t>
      </w:r>
      <w:r>
        <w:rPr>
          <w:b/>
        </w:rPr>
        <w:t>/2026</w:t>
      </w:r>
    </w:p>
    <w:p w14:paraId="557D0D22" w14:textId="77777777" w:rsidR="007B4976" w:rsidRDefault="00B803CF">
      <w:pPr>
        <w:pStyle w:val="SectionHead"/>
      </w:pPr>
      <w:r>
        <w:rPr>
          <w:sz w:val="23"/>
        </w:rPr>
        <w:t>Dane Wykonawcy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350"/>
      </w:tblGrid>
      <w:tr w:rsidR="007B4976" w14:paraId="6AE6805B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6DC32B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Pełna nazwa / firma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E51F17" w14:textId="77777777" w:rsidR="007B4976" w:rsidRDefault="007B4976">
            <w:pPr>
              <w:spacing w:after="0"/>
            </w:pPr>
          </w:p>
        </w:tc>
      </w:tr>
      <w:tr w:rsidR="007B4976" w14:paraId="5DBD0F6D" w14:textId="77777777">
        <w:trPr>
          <w:cantSplit/>
          <w:jc w:val="center"/>
        </w:trPr>
        <w:tc>
          <w:tcPr>
            <w:tcW w:w="2948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7D71C72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Adres siedziby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26AFEC9" w14:textId="77777777" w:rsidR="007B4976" w:rsidRDefault="007B4976">
            <w:pPr>
              <w:spacing w:after="0"/>
            </w:pPr>
          </w:p>
        </w:tc>
      </w:tr>
      <w:tr w:rsidR="007B4976" w14:paraId="7F0F7DD7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05C176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NIP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CDB95D3" w14:textId="77777777" w:rsidR="007B4976" w:rsidRDefault="007B4976">
            <w:pPr>
              <w:spacing w:after="0"/>
            </w:pPr>
          </w:p>
        </w:tc>
      </w:tr>
      <w:tr w:rsidR="007B4976" w14:paraId="2B42F01D" w14:textId="77777777">
        <w:trPr>
          <w:cantSplit/>
          <w:jc w:val="center"/>
        </w:trPr>
        <w:tc>
          <w:tcPr>
            <w:tcW w:w="2948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05B982B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REGON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4E9753A" w14:textId="77777777" w:rsidR="007B4976" w:rsidRDefault="007B4976">
            <w:pPr>
              <w:spacing w:after="0"/>
            </w:pPr>
          </w:p>
        </w:tc>
      </w:tr>
      <w:tr w:rsidR="007B4976" w14:paraId="053D43EE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024B4C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KRS / CEIDG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D0F7660" w14:textId="77777777" w:rsidR="007B4976" w:rsidRDefault="007B4976">
            <w:pPr>
              <w:spacing w:after="0"/>
            </w:pPr>
          </w:p>
        </w:tc>
      </w:tr>
      <w:tr w:rsidR="007B4976" w14:paraId="4A4D7296" w14:textId="77777777">
        <w:trPr>
          <w:cantSplit/>
          <w:jc w:val="center"/>
        </w:trPr>
        <w:tc>
          <w:tcPr>
            <w:tcW w:w="2948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A63A91A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Telefon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5B014A" w14:textId="77777777" w:rsidR="007B4976" w:rsidRDefault="007B4976">
            <w:pPr>
              <w:spacing w:after="0"/>
            </w:pPr>
          </w:p>
        </w:tc>
      </w:tr>
      <w:tr w:rsidR="007B4976" w14:paraId="2ED3D5DE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31C454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E-mail do kontaktu w postępowaniu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8458A34" w14:textId="77777777" w:rsidR="007B4976" w:rsidRDefault="007B4976">
            <w:pPr>
              <w:spacing w:after="0"/>
            </w:pPr>
          </w:p>
        </w:tc>
      </w:tr>
      <w:tr w:rsidR="007B4976" w14:paraId="5DEA7E36" w14:textId="77777777">
        <w:trPr>
          <w:cantSplit/>
          <w:jc w:val="center"/>
        </w:trPr>
        <w:tc>
          <w:tcPr>
            <w:tcW w:w="2948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C06B7C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Osoba uprawniona do reprezentacji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3E8329C" w14:textId="77777777" w:rsidR="007B4976" w:rsidRDefault="007B4976">
            <w:pPr>
              <w:spacing w:after="0"/>
            </w:pPr>
          </w:p>
        </w:tc>
      </w:tr>
    </w:tbl>
    <w:p w14:paraId="07F8BAE8" w14:textId="77777777" w:rsidR="007B4976" w:rsidRDefault="00B803CF">
      <w:pPr>
        <w:pStyle w:val="SectionHead"/>
        <w:spacing w:before="160"/>
      </w:pPr>
      <w:r>
        <w:rPr>
          <w:sz w:val="23"/>
        </w:rPr>
        <w:t>Oferta cenowa</w:t>
      </w:r>
    </w:p>
    <w:p w14:paraId="6C270F39" w14:textId="77777777" w:rsidR="007B4976" w:rsidRDefault="00B803CF">
      <w:pPr>
        <w:spacing w:after="80" w:line="252" w:lineRule="auto"/>
        <w:jc w:val="both"/>
      </w:pPr>
      <w:r>
        <w:t>Oferujemy wykonanie całości zamówienia na warunkach określonych w Zaproszeniu do składania ofert, projekcie umowy i pozostałej dokumentacji postępowania za cenę wynikającą z Formularza cenowego: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9"/>
        <w:gridCol w:w="5159"/>
      </w:tblGrid>
      <w:tr w:rsidR="007B4976" w14:paraId="063BBB11" w14:textId="77777777">
        <w:trPr>
          <w:cantSplit/>
          <w:jc w:val="center"/>
        </w:trPr>
        <w:tc>
          <w:tcPr>
            <w:tcW w:w="413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17FFFB5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Cena oferty netto</w:t>
            </w:r>
          </w:p>
        </w:tc>
        <w:tc>
          <w:tcPr>
            <w:tcW w:w="515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81A24A" w14:textId="77777777" w:rsidR="007B4976" w:rsidRDefault="00B803CF">
            <w:pPr>
              <w:spacing w:after="0"/>
            </w:pPr>
            <w:r>
              <w:rPr>
                <w:sz w:val="21"/>
              </w:rPr>
              <w:t>........................................ zł</w:t>
            </w:r>
          </w:p>
        </w:tc>
      </w:tr>
      <w:tr w:rsidR="007B4976" w14:paraId="3CE63ED6" w14:textId="77777777">
        <w:trPr>
          <w:cantSplit/>
          <w:jc w:val="center"/>
        </w:trPr>
        <w:tc>
          <w:tcPr>
            <w:tcW w:w="413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8427E9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Podatek VAT łącznie</w:t>
            </w:r>
          </w:p>
        </w:tc>
        <w:tc>
          <w:tcPr>
            <w:tcW w:w="515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4FBD9FB" w14:textId="77777777" w:rsidR="007B4976" w:rsidRDefault="00B803CF">
            <w:pPr>
              <w:spacing w:after="0"/>
            </w:pPr>
            <w:r>
              <w:rPr>
                <w:sz w:val="21"/>
              </w:rPr>
              <w:t>........................................ zł</w:t>
            </w:r>
          </w:p>
        </w:tc>
      </w:tr>
      <w:tr w:rsidR="007B4976" w14:paraId="1E8C4408" w14:textId="77777777">
        <w:trPr>
          <w:cantSplit/>
          <w:jc w:val="center"/>
        </w:trPr>
        <w:tc>
          <w:tcPr>
            <w:tcW w:w="4139" w:type="dxa"/>
            <w:shd w:val="clear" w:color="auto" w:fill="D9E2F3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8056A9C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Cena oferty brutto / maksymalna wartość umowy brutto</w:t>
            </w:r>
          </w:p>
        </w:tc>
        <w:tc>
          <w:tcPr>
            <w:tcW w:w="5159" w:type="dxa"/>
            <w:shd w:val="clear" w:color="auto" w:fill="D9E2F3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2D7DED4" w14:textId="77777777" w:rsidR="007B4976" w:rsidRDefault="00B803CF">
            <w:pPr>
              <w:spacing w:after="0"/>
            </w:pPr>
            <w:r>
              <w:rPr>
                <w:sz w:val="21"/>
              </w:rPr>
              <w:t>........................................ zł</w:t>
            </w:r>
          </w:p>
        </w:tc>
      </w:tr>
      <w:tr w:rsidR="007B4976" w14:paraId="64EF39A5" w14:textId="77777777">
        <w:trPr>
          <w:cantSplit/>
          <w:jc w:val="center"/>
        </w:trPr>
        <w:tc>
          <w:tcPr>
            <w:tcW w:w="413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61AB8A8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Cena brutto słownie</w:t>
            </w:r>
          </w:p>
        </w:tc>
        <w:tc>
          <w:tcPr>
            <w:tcW w:w="515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A2ABF07" w14:textId="0C61D58D" w:rsidR="007B4976" w:rsidRDefault="00B803CF">
            <w:pPr>
              <w:spacing w:after="0"/>
            </w:pPr>
            <w:r>
              <w:rPr>
                <w:sz w:val="21"/>
              </w:rPr>
              <w:t>.........................................</w:t>
            </w:r>
          </w:p>
        </w:tc>
      </w:tr>
    </w:tbl>
    <w:p w14:paraId="4883616E" w14:textId="77777777" w:rsidR="007B4976" w:rsidRPr="00052972" w:rsidRDefault="00B803CF">
      <w:pPr>
        <w:spacing w:before="80" w:after="80" w:line="252" w:lineRule="auto"/>
        <w:jc w:val="both"/>
        <w:rPr>
          <w:sz w:val="18"/>
          <w:szCs w:val="18"/>
        </w:rPr>
      </w:pPr>
      <w:r>
        <w:t>Cena oferty uwzględnia wszystkie koszty związane z realizacją za</w:t>
      </w:r>
      <w:r w:rsidRPr="00600DD9">
        <w:rPr>
          <w:color w:val="auto"/>
        </w:rPr>
        <w:t>mówienia</w:t>
      </w:r>
      <w:r>
        <w:t>.</w:t>
      </w:r>
    </w:p>
    <w:p w14:paraId="733DA7C7" w14:textId="77777777" w:rsidR="007B4976" w:rsidRDefault="00B803CF">
      <w:pPr>
        <w:pStyle w:val="SectionHead"/>
        <w:spacing w:before="100"/>
      </w:pPr>
      <w:r>
        <w:rPr>
          <w:sz w:val="23"/>
        </w:rPr>
        <w:t>Oświadczenia Wykonawcy</w:t>
      </w:r>
    </w:p>
    <w:p w14:paraId="1F5A6FF0" w14:textId="77777777" w:rsidR="007B4976" w:rsidRDefault="00B803CF">
      <w:pPr>
        <w:jc w:val="both"/>
      </w:pPr>
      <w:r>
        <w:t>Oświadczamy, że zapoznaliśmy się z Zaproszeniem do składania ofert, projektem umowy i pozostałą dokumentacją postępowania, nie wnosimy do nich zastrzeżeń i akceptujemy ich warunki.</w:t>
      </w:r>
    </w:p>
    <w:p w14:paraId="6B84FA5D" w14:textId="77777777" w:rsidR="007B4976" w:rsidRDefault="00B803CF">
      <w:pPr>
        <w:jc w:val="both"/>
      </w:pPr>
      <w:r>
        <w:t>Oświadczamy, że podane w Formularzu cenowym ceny jednostkowe netto obejmują wszystkie koszty niezbędne do prawidłowego wykonania z</w:t>
      </w:r>
      <w:r w:rsidRPr="00600DD9">
        <w:rPr>
          <w:color w:val="auto"/>
        </w:rPr>
        <w:t>amówien</w:t>
      </w:r>
      <w:r>
        <w:t>ia.</w:t>
      </w:r>
    </w:p>
    <w:p w14:paraId="6785BA1E" w14:textId="77777777" w:rsidR="007B4976" w:rsidRDefault="00B803CF">
      <w:pPr>
        <w:jc w:val="both"/>
      </w:pPr>
      <w:r>
        <w:t>Oświadczamy, że ceny jednostkowe netto wskazane w Formularzu cenowym pozostaną stałe przez okres realizacji umowy, z zastrzeżeniem zmian dopuszczonych w dokumentacji postępowania i projekcie umowy.</w:t>
      </w:r>
    </w:p>
    <w:p w14:paraId="10420650" w14:textId="77777777" w:rsidR="007B4976" w:rsidRDefault="00052972">
      <w:pPr>
        <w:jc w:val="both"/>
      </w:pPr>
      <w:r w:rsidRPr="00052972">
        <w:t>Oświadczamy, że posiadamy niezbędną wiedzę i doświadczenie, dysponujemy potencjałem ekonomicznym i technicznym, a także pracownikami zdolnymi do realizacji przedmiotu zamówienia</w:t>
      </w:r>
      <w:r w:rsidR="00B803CF">
        <w:t>.</w:t>
      </w:r>
    </w:p>
    <w:p w14:paraId="4FF8F6BD" w14:textId="77777777" w:rsidR="007B4976" w:rsidRDefault="00B803CF">
      <w:pPr>
        <w:jc w:val="both"/>
      </w:pPr>
      <w:r>
        <w:t>Oświadczamy, że jesteśmy związani niniejszą ofertą przez 30 dni od dnia upływu terminu składania ofert.</w:t>
      </w:r>
    </w:p>
    <w:p w14:paraId="1D1E9C09" w14:textId="77777777" w:rsidR="007B4976" w:rsidRDefault="00B803CF">
      <w:pPr>
        <w:jc w:val="both"/>
      </w:pPr>
      <w:r>
        <w:t>Oświadczamy, że w przypadku wyboru naszej oferty zawrzemy umowę na warunkach wynikających z projektu umowy i dokumentacji postępowania.</w:t>
      </w:r>
    </w:p>
    <w:p w14:paraId="3A54C3E9" w14:textId="77777777" w:rsidR="007B4976" w:rsidRDefault="00B803CF">
      <w:pPr>
        <w:jc w:val="both"/>
      </w:pPr>
      <w:r>
        <w:t xml:space="preserve">Oświadczamy, że wobec Wykonawcy nie zachodzą przesłanki wykluczenia określone w art. 7 ust. 1 w zw. z art. 7 ust. 9 ustawy z dnia 13 kwietnia 2022 r. o szczególnych </w:t>
      </w:r>
      <w:r w:rsidRPr="00600DD9">
        <w:rPr>
          <w:color w:val="auto"/>
        </w:rPr>
        <w:t>rozwiązaniach w zakresie przeciwdziałania wspieraniu agresji na Ukrainę oraz służących ochronie bezpieczeństwa narodowego (t.j. Dz.U. z 2025 r. poz. 514 z późn. zm.).</w:t>
      </w:r>
    </w:p>
    <w:p w14:paraId="60EC95CA" w14:textId="77777777" w:rsidR="007B4976" w:rsidRDefault="00B803CF">
      <w:pPr>
        <w:pStyle w:val="SectionHead"/>
        <w:spacing w:before="80" w:line="240" w:lineRule="auto"/>
      </w:pPr>
      <w:r>
        <w:rPr>
          <w:sz w:val="23"/>
        </w:rPr>
        <w:t>Podwykonawstwo</w:t>
      </w:r>
    </w:p>
    <w:p w14:paraId="6F3B3F8C" w14:textId="77777777" w:rsidR="007B4976" w:rsidRDefault="00B803CF">
      <w:pPr>
        <w:spacing w:after="40"/>
      </w:pPr>
      <w:r>
        <w:rPr>
          <w:b/>
        </w:rPr>
        <w:t>Zamierzamy powierzyć podwykonawcy wykonanie części zamówienia:  TAK / NIE*</w:t>
      </w:r>
    </w:p>
    <w:p w14:paraId="4F01BD8B" w14:textId="77777777" w:rsidR="007B4976" w:rsidRDefault="00B803CF">
      <w:pPr>
        <w:spacing w:after="40"/>
      </w:pPr>
      <w:r>
        <w:t>Zakres podwykonawstwa (jeżeli dotyczy): ................................................................................................................</w:t>
      </w:r>
    </w:p>
    <w:p w14:paraId="10D155B1" w14:textId="77777777" w:rsidR="007B4976" w:rsidRDefault="00B803CF">
      <w:pPr>
        <w:spacing w:after="80"/>
      </w:pPr>
      <w:r>
        <w:lastRenderedPageBreak/>
        <w:t>Nazwa podwykonawcy, jeżeli jest znana: .................................................................................................................</w:t>
      </w:r>
    </w:p>
    <w:p w14:paraId="49D112C2" w14:textId="77777777" w:rsidR="007B4976" w:rsidRDefault="00B803CF">
      <w:pPr>
        <w:pStyle w:val="SectionHead"/>
        <w:spacing w:line="240" w:lineRule="auto"/>
      </w:pPr>
      <w:r>
        <w:rPr>
          <w:sz w:val="23"/>
        </w:rPr>
        <w:t>Tajemnica przedsiębiorstwa</w:t>
      </w:r>
    </w:p>
    <w:p w14:paraId="74C983CD" w14:textId="77777777" w:rsidR="007B4976" w:rsidRDefault="00B803CF">
      <w:pPr>
        <w:spacing w:after="40"/>
      </w:pPr>
      <w:r>
        <w:t>Informacje stanowiące tajemnicę przedsiębiorstwa zostały wyodrębnione i odpowiednio uzasadnione:  TAK / NIE*</w:t>
      </w:r>
    </w:p>
    <w:p w14:paraId="71D23BD1" w14:textId="77777777" w:rsidR="007B4976" w:rsidRDefault="00B803CF">
      <w:pPr>
        <w:spacing w:after="80"/>
      </w:pPr>
      <w:r>
        <w:t>Jeżeli TAK, wskazanie pliku / zakresu: ........................................................................................................................</w:t>
      </w:r>
    </w:p>
    <w:p w14:paraId="294DB3F1" w14:textId="77777777" w:rsidR="007B4976" w:rsidRDefault="00B803CF">
      <w:r>
        <w:rPr>
          <w:i/>
        </w:rPr>
        <w:t>* niepotrzebne skreślić</w:t>
      </w:r>
    </w:p>
    <w:p w14:paraId="67697CA6" w14:textId="77777777" w:rsidR="00600DD9" w:rsidRDefault="00600DD9">
      <w:pPr>
        <w:spacing w:before="40" w:after="0"/>
        <w:rPr>
          <w:b/>
        </w:rPr>
      </w:pPr>
    </w:p>
    <w:p w14:paraId="24FCF780" w14:textId="5876FA34" w:rsidR="007B4976" w:rsidRDefault="00B803CF">
      <w:pPr>
        <w:spacing w:before="40" w:after="0"/>
      </w:pPr>
      <w:r>
        <w:rPr>
          <w:b/>
        </w:rPr>
        <w:t>Dokument należy podpisać przez osobę uprawnioną do reprezentacji Wykonawcy</w:t>
      </w:r>
      <w:r>
        <w:rPr>
          <w:b/>
          <w:color w:val="FF0000"/>
        </w:rPr>
        <w:t xml:space="preserve"> kwalifikowanym podpisem elektronicznym, podpisem zaufanym albo podpisem osobistym</w:t>
      </w:r>
      <w:r>
        <w:rPr>
          <w:b/>
        </w:rPr>
        <w:t>.</w:t>
      </w:r>
    </w:p>
    <w:sectPr w:rsidR="007B4976" w:rsidSect="00034616">
      <w:headerReference w:type="default" r:id="rId8"/>
      <w:footerReference w:type="default" r:id="rId9"/>
      <w:pgSz w:w="11906" w:h="16838"/>
      <w:pgMar w:top="576" w:right="1134" w:bottom="25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CDC31" w14:textId="77777777" w:rsidR="00B00493" w:rsidRDefault="002F6A70">
      <w:pPr>
        <w:spacing w:after="0"/>
      </w:pPr>
      <w:r>
        <w:separator/>
      </w:r>
    </w:p>
  </w:endnote>
  <w:endnote w:type="continuationSeparator" w:id="0">
    <w:p w14:paraId="318FC2AF" w14:textId="77777777" w:rsidR="00B00493" w:rsidRDefault="002F6A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4A5C" w14:textId="77777777" w:rsidR="00295ECE" w:rsidRDefault="00295E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F9FE7" w14:textId="77777777" w:rsidR="00B00493" w:rsidRDefault="002F6A70">
      <w:pPr>
        <w:spacing w:after="0"/>
      </w:pPr>
      <w:r>
        <w:separator/>
      </w:r>
    </w:p>
  </w:footnote>
  <w:footnote w:type="continuationSeparator" w:id="0">
    <w:p w14:paraId="62DB80E6" w14:textId="77777777" w:rsidR="00B00493" w:rsidRDefault="002F6A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06FC5" w14:textId="77777777" w:rsidR="00295ECE" w:rsidRDefault="00295E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972"/>
    <w:rsid w:val="0006063C"/>
    <w:rsid w:val="0015074B"/>
    <w:rsid w:val="00216486"/>
    <w:rsid w:val="00295ECE"/>
    <w:rsid w:val="0029639D"/>
    <w:rsid w:val="002F6A70"/>
    <w:rsid w:val="00326F90"/>
    <w:rsid w:val="00377AAD"/>
    <w:rsid w:val="004E307B"/>
    <w:rsid w:val="00600DD9"/>
    <w:rsid w:val="007B4976"/>
    <w:rsid w:val="009D3D9E"/>
    <w:rsid w:val="00AA1D8D"/>
    <w:rsid w:val="00B00493"/>
    <w:rsid w:val="00B47730"/>
    <w:rsid w:val="00B803C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CE8073"/>
  <w14:defaultImageDpi w14:val="300"/>
  <w15:docId w15:val="{05CDF719-82C9-4A7D-B03C-AF4B5174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imes New Roman" w:eastAsia="Times New Roman" w:hAnsi="Times New Roman" w:cs="Times New Roman"/>
      <w:color w:val="000000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imes New Roman" w:eastAsia="Times New Roman" w:hAnsi="Times New Roman" w:cs="Times New Roman"/>
      <w:color w:val="000000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imes New Roman" w:eastAsia="Times New Roman" w:hAnsi="Times New Roman" w:cs="Times New Roman"/>
      <w:color w:val="000000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imes New Roman" w:eastAsia="Times New Roman" w:hAnsi="Times New Roman" w:cs="Times New Roman"/>
      <w:color w:val="000000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imes New Roman" w:eastAsia="Times New Roman" w:hAnsi="Times New Roman" w:cs="Times New Roman"/>
      <w:color w:val="000000"/>
      <w:sz w:val="16"/>
      <w:szCs w:val="16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imes New Roman" w:eastAsia="Times New Roman" w:hAnsi="Times New Roman" w:cs="Times New Roman"/>
      <w:color w:val="000000"/>
      <w:sz w:val="20"/>
      <w:szCs w:val="20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imes New Roman" w:eastAsia="Times New Roman" w:hAnsi="Times New Roman" w:cs="Times New Roman"/>
      <w:i/>
      <w:iCs/>
      <w:color w:val="000000" w:themeColor="text1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imes New Roman" w:eastAsia="Times New Roman" w:hAnsi="Times New Roman" w:cs="Times New Roman"/>
      <w:i/>
      <w:iCs/>
      <w:color w:val="808080" w:themeColor="text1" w:themeTint="7F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imes New Roman" w:eastAsia="Times New Roman" w:hAnsi="Times New Roman" w:cs="Times New Roman"/>
      <w:smallCaps/>
      <w:color w:val="C0504D" w:themeColor="accent2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C0504D" w:themeColor="accent2"/>
      <w:spacing w:val="5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 Title"/>
    <w:pPr>
      <w:spacing w:after="8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rmSubtitle">
    <w:name w:val="Form Subtitle"/>
    <w:pPr>
      <w:spacing w:after="80"/>
    </w:pPr>
    <w:rPr>
      <w:rFonts w:ascii="Times New Roman" w:eastAsia="Times New Roman" w:hAnsi="Times New Roman" w:cs="Times New Roman"/>
      <w:b/>
      <w:color w:val="000000"/>
      <w:sz w:val="21"/>
    </w:rPr>
  </w:style>
  <w:style w:type="paragraph" w:customStyle="1" w:styleId="SectionHead">
    <w:name w:val="Section Head"/>
    <w:pPr>
      <w:spacing w:after="80"/>
    </w:pPr>
    <w:rPr>
      <w:rFonts w:ascii="Times New Roman" w:eastAsia="Times New Roman" w:hAnsi="Times New Roman" w:cs="Times New Roman"/>
      <w:b/>
      <w:color w:val="000000"/>
    </w:rPr>
  </w:style>
  <w:style w:type="paragraph" w:customStyle="1" w:styleId="SmallNote">
    <w:name w:val="Small Note"/>
    <w:pPr>
      <w:spacing w:after="80"/>
    </w:pPr>
    <w:rPr>
      <w:rFonts w:ascii="Times New Roman" w:eastAsia="Times New Roman" w:hAnsi="Times New Roman" w:cs="Times New Roman"/>
      <w:color w:val="00000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Cieślińska</cp:lastModifiedBy>
  <cp:revision>9</cp:revision>
  <dcterms:created xsi:type="dcterms:W3CDTF">2013-12-23T23:15:00Z</dcterms:created>
  <dcterms:modified xsi:type="dcterms:W3CDTF">2026-10-08T06:32:00Z</dcterms:modified>
  <cp:category/>
</cp:coreProperties>
</file>