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D50E" w14:textId="196AFE60" w:rsidR="00DE53A8" w:rsidRPr="00DE53A8" w:rsidRDefault="00DE50E5" w:rsidP="00DE53A8">
      <w:pPr>
        <w:pStyle w:val="Nagwek3"/>
        <w:jc w:val="right"/>
      </w:pPr>
      <w:proofErr w:type="spellStart"/>
      <w:r>
        <w:t>Z</w:t>
      </w:r>
      <w:r w:rsidR="00DE53A8" w:rsidRPr="00DE53A8">
        <w:t>ał</w:t>
      </w:r>
      <w:r w:rsidR="00DE53A8">
        <w:t>ą</w:t>
      </w:r>
      <w:r w:rsidR="00DE53A8" w:rsidRPr="00DE53A8">
        <w:t>cznik</w:t>
      </w:r>
      <w:proofErr w:type="spellEnd"/>
      <w:r w:rsidR="00DE53A8" w:rsidRPr="00DE53A8">
        <w:t xml:space="preserve"> nr </w:t>
      </w:r>
      <w:r>
        <w:t>8 d</w:t>
      </w:r>
      <w:r w:rsidR="00DE53A8" w:rsidRPr="00DE53A8">
        <w:t xml:space="preserve">o </w:t>
      </w:r>
      <w:proofErr w:type="spellStart"/>
      <w:r w:rsidR="00DE53A8" w:rsidRPr="00DE53A8">
        <w:t>umowy</w:t>
      </w:r>
      <w:proofErr w:type="spellEnd"/>
    </w:p>
    <w:p w14:paraId="04877689" w14:textId="52EC4E8A" w:rsidR="004D5926" w:rsidRPr="00DE53A8" w:rsidRDefault="007877AA">
      <w:pPr>
        <w:jc w:val="center"/>
        <w:rPr>
          <w:rFonts w:asciiTheme="majorHAnsi" w:hAnsiTheme="majorHAnsi" w:cstheme="majorHAnsi"/>
        </w:rPr>
      </w:pPr>
      <w:r w:rsidRPr="00DE53A8">
        <w:rPr>
          <w:rFonts w:asciiTheme="majorHAnsi" w:hAnsiTheme="majorHAnsi" w:cstheme="majorHAnsi"/>
          <w:b/>
          <w:sz w:val="32"/>
        </w:rPr>
        <w:t>PROTOKÓŁ DOKONANIA POMIARU PRACOWNIKA</w:t>
      </w:r>
    </w:p>
    <w:p w14:paraId="5BDB1041" w14:textId="17DE16E7" w:rsidR="004D5926" w:rsidRPr="00DE53A8" w:rsidRDefault="007877AA" w:rsidP="00A416CB">
      <w:pPr>
        <w:suppressAutoHyphens/>
        <w:jc w:val="both"/>
        <w:rPr>
          <w:rFonts w:asciiTheme="majorHAnsi" w:hAnsiTheme="majorHAnsi" w:cstheme="majorHAnsi"/>
        </w:rPr>
      </w:pPr>
      <w:r w:rsidRPr="00DE53A8">
        <w:rPr>
          <w:rFonts w:asciiTheme="majorHAnsi" w:hAnsiTheme="majorHAnsi" w:cstheme="majorHAnsi"/>
          <w:i/>
          <w:sz w:val="20"/>
        </w:rPr>
        <w:t xml:space="preserve">w </w:t>
      </w:r>
      <w:proofErr w:type="spellStart"/>
      <w:r w:rsidRPr="00DE53A8">
        <w:rPr>
          <w:rFonts w:asciiTheme="majorHAnsi" w:hAnsiTheme="majorHAnsi" w:cstheme="majorHAnsi"/>
          <w:i/>
          <w:sz w:val="20"/>
        </w:rPr>
        <w:t>związku</w:t>
      </w:r>
      <w:proofErr w:type="spellEnd"/>
      <w:r w:rsidRPr="00DE53A8">
        <w:rPr>
          <w:rFonts w:asciiTheme="majorHAnsi" w:hAnsiTheme="majorHAnsi" w:cstheme="majorHAnsi"/>
          <w:i/>
          <w:sz w:val="20"/>
        </w:rPr>
        <w:t xml:space="preserve"> z </w:t>
      </w:r>
      <w:proofErr w:type="spellStart"/>
      <w:r w:rsidRPr="00DE53A8">
        <w:rPr>
          <w:rFonts w:asciiTheme="majorHAnsi" w:hAnsiTheme="majorHAnsi" w:cstheme="majorHAnsi"/>
          <w:i/>
          <w:sz w:val="20"/>
        </w:rPr>
        <w:t>realizacją</w:t>
      </w:r>
      <w:proofErr w:type="spellEnd"/>
      <w:r w:rsidRPr="00DE53A8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DE53A8">
        <w:rPr>
          <w:rFonts w:asciiTheme="majorHAnsi" w:hAnsiTheme="majorHAnsi" w:cstheme="majorHAnsi"/>
          <w:i/>
          <w:sz w:val="20"/>
        </w:rPr>
        <w:t>umowy</w:t>
      </w:r>
      <w:proofErr w:type="spellEnd"/>
      <w:r w:rsidRPr="00DE53A8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Kompleksow</w:t>
      </w:r>
      <w:r w:rsidR="00A416CB">
        <w:rPr>
          <w:rFonts w:ascii="Calibri" w:eastAsia="Times New Roman" w:hAnsi="Calibri" w:cs="Calibri"/>
          <w:b/>
          <w:sz w:val="18"/>
          <w:szCs w:val="18"/>
          <w:lang w:eastAsia="pl-PL"/>
        </w:rPr>
        <w:t>ej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usług</w:t>
      </w:r>
      <w:r w:rsidR="00A416CB">
        <w:rPr>
          <w:rFonts w:ascii="Calibri" w:eastAsia="Times New Roman" w:hAnsi="Calibri" w:cs="Calibri"/>
          <w:b/>
          <w:sz w:val="18"/>
          <w:szCs w:val="18"/>
          <w:lang w:eastAsia="pl-PL"/>
        </w:rPr>
        <w:t>i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dostawy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,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najmu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,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wymiany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,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naprawy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i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konserwacji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odzieży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roboczej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dla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pracowników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Gminnego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Zakładu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Gospodarki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Komunalnej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w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Żórawinie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w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okresie</w:t>
      </w:r>
      <w:proofErr w:type="spellEnd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48 </w:t>
      </w:r>
      <w:proofErr w:type="spellStart"/>
      <w:r w:rsidR="00A416CB"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miesięcy</w:t>
      </w:r>
      <w:proofErr w:type="spellEnd"/>
      <w:r w:rsidR="00A416CB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r w:rsidR="00DE53A8">
        <w:rPr>
          <w:rFonts w:asciiTheme="majorHAnsi" w:hAnsiTheme="majorHAnsi" w:cstheme="majorHAnsi"/>
          <w:i/>
          <w:sz w:val="20"/>
        </w:rPr>
        <w:t>NR ……………</w:t>
      </w:r>
    </w:p>
    <w:p w14:paraId="7E0B6713" w14:textId="77777777" w:rsidR="004D5926" w:rsidRPr="00DE53A8" w:rsidRDefault="007877AA">
      <w:pPr>
        <w:rPr>
          <w:rFonts w:asciiTheme="majorHAnsi" w:hAnsiTheme="majorHAnsi" w:cstheme="majorHAnsi"/>
        </w:rPr>
      </w:pPr>
      <w:r w:rsidRPr="00DE53A8">
        <w:rPr>
          <w:rFonts w:asciiTheme="majorHAnsi" w:hAnsiTheme="majorHAnsi" w:cstheme="majorHAnsi"/>
          <w:b/>
        </w:rPr>
        <w:t xml:space="preserve">Miejsce pomiaru: </w:t>
      </w:r>
      <w:r w:rsidRPr="00DE53A8">
        <w:rPr>
          <w:rFonts w:asciiTheme="majorHAnsi" w:hAnsiTheme="majorHAnsi" w:cstheme="majorHAnsi"/>
        </w:rPr>
        <w:t xml:space="preserve">.................................................................    </w:t>
      </w:r>
      <w:r w:rsidRPr="00DE53A8">
        <w:rPr>
          <w:rFonts w:asciiTheme="majorHAnsi" w:hAnsiTheme="majorHAnsi" w:cstheme="majorHAnsi"/>
          <w:b/>
        </w:rPr>
        <w:t xml:space="preserve">Data pomiaru: </w:t>
      </w:r>
      <w:r w:rsidRPr="00DE53A8">
        <w:rPr>
          <w:rFonts w:asciiTheme="majorHAnsi" w:hAnsiTheme="majorHAnsi" w:cstheme="majorHAnsi"/>
        </w:rPr>
        <w:t>.................................</w:t>
      </w:r>
    </w:p>
    <w:p w14:paraId="167E3F76" w14:textId="77777777" w:rsidR="004D5926" w:rsidRPr="00DE53A8" w:rsidRDefault="007877AA">
      <w:pPr>
        <w:rPr>
          <w:rFonts w:asciiTheme="majorHAnsi" w:hAnsiTheme="majorHAnsi" w:cstheme="majorHAnsi"/>
        </w:rPr>
      </w:pPr>
      <w:r w:rsidRPr="00DE53A8">
        <w:rPr>
          <w:rFonts w:asciiTheme="majorHAnsi" w:hAnsiTheme="majorHAnsi" w:cstheme="majorHAnsi"/>
          <w:b/>
          <w:sz w:val="24"/>
        </w:rPr>
        <w:t>1. DANE PRACOWNIKA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34"/>
        <w:gridCol w:w="4920"/>
      </w:tblGrid>
      <w:tr w:rsidR="004D5926" w:rsidRPr="00DE53A8" w14:paraId="73E5A572" w14:textId="77777777" w:rsidTr="00F561F9">
        <w:trPr>
          <w:trHeight w:val="376"/>
          <w:jc w:val="center"/>
        </w:trPr>
        <w:tc>
          <w:tcPr>
            <w:tcW w:w="4986" w:type="dxa"/>
            <w:shd w:val="clear" w:color="auto" w:fill="B8CCE4" w:themeFill="accent1" w:themeFillTint="66"/>
            <w:vAlign w:val="center"/>
          </w:tcPr>
          <w:p w14:paraId="04555994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proofErr w:type="spellStart"/>
            <w:r w:rsidRPr="00DE53A8">
              <w:rPr>
                <w:rFonts w:asciiTheme="majorHAnsi" w:hAnsiTheme="majorHAnsi" w:cstheme="majorHAnsi"/>
              </w:rPr>
              <w:t>Imię</w:t>
            </w:r>
            <w:proofErr w:type="spellEnd"/>
            <w:r w:rsidRPr="00DE53A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E53A8">
              <w:rPr>
                <w:rFonts w:asciiTheme="majorHAnsi" w:hAnsiTheme="majorHAnsi" w:cstheme="majorHAnsi"/>
              </w:rPr>
              <w:t>i</w:t>
            </w:r>
            <w:proofErr w:type="spellEnd"/>
            <w:r w:rsidRPr="00DE53A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E53A8">
              <w:rPr>
                <w:rFonts w:asciiTheme="majorHAnsi" w:hAnsiTheme="majorHAnsi" w:cstheme="majorHAnsi"/>
              </w:rPr>
              <w:t>nazwisko</w:t>
            </w:r>
            <w:proofErr w:type="spellEnd"/>
            <w:r w:rsidRPr="00DE53A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E53A8">
              <w:rPr>
                <w:rFonts w:asciiTheme="majorHAnsi" w:hAnsiTheme="majorHAnsi" w:cstheme="majorHAnsi"/>
              </w:rPr>
              <w:t>pracownika</w:t>
            </w:r>
            <w:proofErr w:type="spellEnd"/>
          </w:p>
        </w:tc>
        <w:tc>
          <w:tcPr>
            <w:tcW w:w="4986" w:type="dxa"/>
            <w:vAlign w:val="center"/>
          </w:tcPr>
          <w:p w14:paraId="6D87859A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595A2FB9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</w:tr>
      <w:tr w:rsidR="004D5926" w:rsidRPr="00DE53A8" w14:paraId="54EA17F4" w14:textId="77777777" w:rsidTr="00F561F9">
        <w:trPr>
          <w:trHeight w:val="423"/>
          <w:jc w:val="center"/>
        </w:trPr>
        <w:tc>
          <w:tcPr>
            <w:tcW w:w="4986" w:type="dxa"/>
            <w:shd w:val="clear" w:color="auto" w:fill="B8CCE4" w:themeFill="accent1" w:themeFillTint="66"/>
            <w:vAlign w:val="center"/>
          </w:tcPr>
          <w:p w14:paraId="4C08ED11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proofErr w:type="spellStart"/>
            <w:r w:rsidRPr="00DE53A8">
              <w:rPr>
                <w:rFonts w:asciiTheme="majorHAnsi" w:hAnsiTheme="majorHAnsi" w:cstheme="majorHAnsi"/>
              </w:rPr>
              <w:t>Stanowisko</w:t>
            </w:r>
            <w:proofErr w:type="spellEnd"/>
            <w:r w:rsidRPr="00DE53A8">
              <w:rPr>
                <w:rFonts w:asciiTheme="majorHAnsi" w:hAnsiTheme="majorHAnsi" w:cstheme="majorHAnsi"/>
              </w:rPr>
              <w:t xml:space="preserve">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dział</w:t>
            </w:r>
            <w:proofErr w:type="spellEnd"/>
          </w:p>
        </w:tc>
        <w:tc>
          <w:tcPr>
            <w:tcW w:w="4986" w:type="dxa"/>
            <w:vAlign w:val="center"/>
          </w:tcPr>
          <w:p w14:paraId="18934201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0D7B7953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</w:tr>
      <w:tr w:rsidR="004D5926" w:rsidRPr="00DE53A8" w14:paraId="1D01ACEC" w14:textId="77777777" w:rsidTr="00F561F9">
        <w:trPr>
          <w:trHeight w:val="442"/>
          <w:jc w:val="center"/>
        </w:trPr>
        <w:tc>
          <w:tcPr>
            <w:tcW w:w="4986" w:type="dxa"/>
            <w:shd w:val="clear" w:color="auto" w:fill="B8CCE4" w:themeFill="accent1" w:themeFillTint="66"/>
            <w:vAlign w:val="center"/>
          </w:tcPr>
          <w:p w14:paraId="33A5CB53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Nr </w:t>
            </w:r>
            <w:proofErr w:type="spellStart"/>
            <w:r w:rsidRPr="00DE53A8">
              <w:rPr>
                <w:rFonts w:asciiTheme="majorHAnsi" w:hAnsiTheme="majorHAnsi" w:cstheme="majorHAnsi"/>
              </w:rPr>
              <w:t>pracownika</w:t>
            </w:r>
            <w:proofErr w:type="spellEnd"/>
            <w:r w:rsidRPr="00DE53A8">
              <w:rPr>
                <w:rFonts w:asciiTheme="majorHAnsi" w:hAnsiTheme="majorHAnsi" w:cstheme="majorHAnsi"/>
              </w:rPr>
              <w:t xml:space="preserve"> (</w:t>
            </w:r>
            <w:proofErr w:type="spellStart"/>
            <w:r w:rsidRPr="00DE53A8">
              <w:rPr>
                <w:rFonts w:asciiTheme="majorHAnsi" w:hAnsiTheme="majorHAnsi" w:cstheme="majorHAnsi"/>
              </w:rPr>
              <w:t>jeżeli</w:t>
            </w:r>
            <w:proofErr w:type="spellEnd"/>
            <w:r w:rsidRPr="00DE53A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E53A8">
              <w:rPr>
                <w:rFonts w:asciiTheme="majorHAnsi" w:hAnsiTheme="majorHAnsi" w:cstheme="majorHAnsi"/>
              </w:rPr>
              <w:t>dotyczy</w:t>
            </w:r>
            <w:proofErr w:type="spellEnd"/>
            <w:r w:rsidRPr="00DE53A8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4986" w:type="dxa"/>
            <w:vAlign w:val="center"/>
          </w:tcPr>
          <w:p w14:paraId="1A5DD127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7A760744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</w:tr>
      <w:tr w:rsidR="004D5926" w:rsidRPr="00DE53A8" w14:paraId="5CE2E878" w14:textId="77777777" w:rsidTr="00F561F9">
        <w:trPr>
          <w:trHeight w:val="317"/>
          <w:jc w:val="center"/>
        </w:trPr>
        <w:tc>
          <w:tcPr>
            <w:tcW w:w="4986" w:type="dxa"/>
            <w:shd w:val="clear" w:color="auto" w:fill="B8CCE4" w:themeFill="accent1" w:themeFillTint="66"/>
            <w:vAlign w:val="center"/>
          </w:tcPr>
          <w:p w14:paraId="2CB722F1" w14:textId="77777777" w:rsidR="004D5926" w:rsidRDefault="007877AA">
            <w:pPr>
              <w:rPr>
                <w:rFonts w:asciiTheme="majorHAnsi" w:hAnsiTheme="majorHAnsi" w:cstheme="majorHAnsi"/>
              </w:rPr>
            </w:pPr>
            <w:proofErr w:type="spellStart"/>
            <w:r w:rsidRPr="00DE53A8">
              <w:rPr>
                <w:rFonts w:asciiTheme="majorHAnsi" w:hAnsiTheme="majorHAnsi" w:cstheme="majorHAnsi"/>
              </w:rPr>
              <w:t>Uwagi</w:t>
            </w:r>
            <w:proofErr w:type="spellEnd"/>
          </w:p>
          <w:p w14:paraId="64539EE4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986" w:type="dxa"/>
            <w:vAlign w:val="center"/>
          </w:tcPr>
          <w:p w14:paraId="770383C4" w14:textId="77777777" w:rsidR="004D5926" w:rsidRPr="00DE53A8" w:rsidRDefault="004D5926">
            <w:pPr>
              <w:rPr>
                <w:rFonts w:asciiTheme="majorHAnsi" w:hAnsiTheme="majorHAnsi" w:cstheme="majorHAnsi"/>
              </w:rPr>
            </w:pPr>
          </w:p>
        </w:tc>
      </w:tr>
    </w:tbl>
    <w:p w14:paraId="07FD1D96" w14:textId="77777777" w:rsidR="004D5926" w:rsidRPr="00DE53A8" w:rsidRDefault="007877AA">
      <w:pPr>
        <w:rPr>
          <w:rFonts w:asciiTheme="majorHAnsi" w:hAnsiTheme="majorHAnsi" w:cstheme="majorHAnsi"/>
        </w:rPr>
      </w:pPr>
      <w:r w:rsidRPr="00DE53A8">
        <w:rPr>
          <w:rFonts w:asciiTheme="majorHAnsi" w:hAnsiTheme="majorHAnsi" w:cstheme="majorHAnsi"/>
          <w:b/>
          <w:sz w:val="24"/>
        </w:rPr>
        <w:t>2. POMIARY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88"/>
        <w:gridCol w:w="3281"/>
        <w:gridCol w:w="3285"/>
      </w:tblGrid>
      <w:tr w:rsidR="004D5926" w:rsidRPr="00DE53A8" w14:paraId="5772AE35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1464BCBE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  <w:b/>
              </w:rPr>
              <w:t>Parametr</w:t>
            </w:r>
          </w:p>
        </w:tc>
        <w:tc>
          <w:tcPr>
            <w:tcW w:w="3324" w:type="dxa"/>
            <w:shd w:val="clear" w:color="auto" w:fill="B8CCE4" w:themeFill="accent1" w:themeFillTint="66"/>
          </w:tcPr>
          <w:p w14:paraId="77A96FCE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  <w:b/>
              </w:rPr>
              <w:t>Wymiar</w:t>
            </w:r>
          </w:p>
        </w:tc>
        <w:tc>
          <w:tcPr>
            <w:tcW w:w="3324" w:type="dxa"/>
            <w:shd w:val="clear" w:color="auto" w:fill="B8CCE4" w:themeFill="accent1" w:themeFillTint="66"/>
          </w:tcPr>
          <w:p w14:paraId="3A33272D" w14:textId="3A7B6561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DE53A8">
              <w:rPr>
                <w:rFonts w:asciiTheme="majorHAnsi" w:hAnsiTheme="majorHAnsi" w:cstheme="majorHAnsi"/>
                <w:b/>
              </w:rPr>
              <w:t>Jednostka</w:t>
            </w:r>
            <w:proofErr w:type="spellEnd"/>
            <w:r w:rsidRPr="00DE53A8">
              <w:rPr>
                <w:rFonts w:asciiTheme="majorHAnsi" w:hAnsiTheme="majorHAnsi" w:cstheme="majorHAnsi"/>
                <w:b/>
              </w:rPr>
              <w:t xml:space="preserve"> </w:t>
            </w:r>
            <w:r w:rsidR="00DE53A8">
              <w:rPr>
                <w:rFonts w:asciiTheme="majorHAnsi" w:hAnsiTheme="majorHAnsi" w:cstheme="majorHAnsi"/>
                <w:b/>
              </w:rPr>
              <w:t xml:space="preserve"> </w:t>
            </w:r>
            <w:r w:rsidRPr="00DE53A8">
              <w:rPr>
                <w:rFonts w:asciiTheme="majorHAnsi" w:hAnsiTheme="majorHAnsi" w:cstheme="majorHAnsi"/>
                <w:b/>
              </w:rPr>
              <w:t xml:space="preserve">/ </w:t>
            </w:r>
            <w:proofErr w:type="spellStart"/>
            <w:r w:rsidRPr="00DE53A8">
              <w:rPr>
                <w:rFonts w:asciiTheme="majorHAnsi" w:hAnsiTheme="majorHAnsi" w:cstheme="majorHAnsi"/>
                <w:b/>
              </w:rPr>
              <w:t>uwagi</w:t>
            </w:r>
            <w:proofErr w:type="spellEnd"/>
          </w:p>
        </w:tc>
      </w:tr>
      <w:tr w:rsidR="004D5926" w:rsidRPr="00DE53A8" w14:paraId="6FA26990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6591FE52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Wzrost</w:t>
            </w:r>
          </w:p>
        </w:tc>
        <w:tc>
          <w:tcPr>
            <w:tcW w:w="3324" w:type="dxa"/>
          </w:tcPr>
          <w:p w14:paraId="173526B8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2CD66C2D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3900D2C4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  <w:tr w:rsidR="004D5926" w:rsidRPr="00DE53A8" w14:paraId="24898227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44B8BAA4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Obwód klatki piersiowej</w:t>
            </w:r>
          </w:p>
        </w:tc>
        <w:tc>
          <w:tcPr>
            <w:tcW w:w="3324" w:type="dxa"/>
          </w:tcPr>
          <w:p w14:paraId="4628F9F5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7DDCECD5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1F769D9E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  <w:tr w:rsidR="004D5926" w:rsidRPr="00DE53A8" w14:paraId="4DAD7220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4A52DE25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Obwód pasa</w:t>
            </w:r>
          </w:p>
        </w:tc>
        <w:tc>
          <w:tcPr>
            <w:tcW w:w="3324" w:type="dxa"/>
          </w:tcPr>
          <w:p w14:paraId="739D8C00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68211252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57C8CEAC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  <w:tr w:rsidR="004D5926" w:rsidRPr="00DE53A8" w14:paraId="1E3E30CC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12002712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Obwód bioder</w:t>
            </w:r>
          </w:p>
        </w:tc>
        <w:tc>
          <w:tcPr>
            <w:tcW w:w="3324" w:type="dxa"/>
          </w:tcPr>
          <w:p w14:paraId="67EDC7DC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2AE7912B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10B8D7DF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  <w:tr w:rsidR="004D5926" w:rsidRPr="00DE53A8" w14:paraId="7F80F1F1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52E2D115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Długość rękawa</w:t>
            </w:r>
          </w:p>
        </w:tc>
        <w:tc>
          <w:tcPr>
            <w:tcW w:w="3324" w:type="dxa"/>
          </w:tcPr>
          <w:p w14:paraId="69795397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627BFDB3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49C0AB85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  <w:tr w:rsidR="004D5926" w:rsidRPr="00DE53A8" w14:paraId="65981745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10CEA895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Długość wewnętrzna nogawki</w:t>
            </w:r>
          </w:p>
        </w:tc>
        <w:tc>
          <w:tcPr>
            <w:tcW w:w="3324" w:type="dxa"/>
          </w:tcPr>
          <w:p w14:paraId="1058BA29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632623AF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4933DC52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  <w:tr w:rsidR="004D5926" w:rsidRPr="00DE53A8" w14:paraId="4078A7C7" w14:textId="77777777" w:rsidTr="00F561F9">
        <w:trPr>
          <w:jc w:val="center"/>
        </w:trPr>
        <w:tc>
          <w:tcPr>
            <w:tcW w:w="3324" w:type="dxa"/>
            <w:shd w:val="clear" w:color="auto" w:fill="B8CCE4" w:themeFill="accent1" w:themeFillTint="66"/>
          </w:tcPr>
          <w:p w14:paraId="16C197F9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Obwód głowy</w:t>
            </w:r>
          </w:p>
        </w:tc>
        <w:tc>
          <w:tcPr>
            <w:tcW w:w="3324" w:type="dxa"/>
          </w:tcPr>
          <w:p w14:paraId="59251A03" w14:textId="77777777" w:rsidR="004D5926" w:rsidRDefault="004D5926">
            <w:pPr>
              <w:rPr>
                <w:rFonts w:asciiTheme="majorHAnsi" w:hAnsiTheme="majorHAnsi" w:cstheme="majorHAnsi"/>
              </w:rPr>
            </w:pPr>
          </w:p>
          <w:p w14:paraId="1BEFE022" w14:textId="77777777" w:rsidR="00947FA3" w:rsidRPr="00DE53A8" w:rsidRDefault="00947FA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24" w:type="dxa"/>
          </w:tcPr>
          <w:p w14:paraId="5C76466D" w14:textId="77777777" w:rsidR="004D5926" w:rsidRPr="00DE53A8" w:rsidRDefault="007877AA" w:rsidP="00DE53A8">
            <w:pPr>
              <w:jc w:val="center"/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 xml:space="preserve">cm / </w:t>
            </w:r>
            <w:proofErr w:type="spellStart"/>
            <w:r w:rsidRPr="00DE53A8">
              <w:rPr>
                <w:rFonts w:asciiTheme="majorHAnsi" w:hAnsiTheme="majorHAnsi" w:cstheme="majorHAnsi"/>
              </w:rPr>
              <w:t>rozmiar</w:t>
            </w:r>
            <w:proofErr w:type="spellEnd"/>
          </w:p>
        </w:tc>
      </w:tr>
    </w:tbl>
    <w:p w14:paraId="42CAE129" w14:textId="73877BAE" w:rsidR="004D5926" w:rsidRPr="00DE53A8" w:rsidRDefault="00DE53A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sz w:val="24"/>
        </w:rPr>
        <w:t>3</w:t>
      </w:r>
      <w:r w:rsidR="007877AA" w:rsidRPr="00DE53A8">
        <w:rPr>
          <w:rFonts w:asciiTheme="majorHAnsi" w:hAnsiTheme="majorHAnsi" w:cstheme="majorHAnsi"/>
          <w:b/>
          <w:sz w:val="24"/>
        </w:rPr>
        <w:t>. OŚWIADCZENIE</w:t>
      </w:r>
    </w:p>
    <w:p w14:paraId="7C2CAC12" w14:textId="77777777" w:rsidR="004D5926" w:rsidRPr="00DE53A8" w:rsidRDefault="007877AA">
      <w:pPr>
        <w:rPr>
          <w:rFonts w:asciiTheme="majorHAnsi" w:hAnsiTheme="majorHAnsi" w:cstheme="majorHAnsi"/>
        </w:rPr>
      </w:pPr>
      <w:r w:rsidRPr="00DE53A8">
        <w:rPr>
          <w:rFonts w:asciiTheme="majorHAnsi" w:hAnsiTheme="majorHAnsi" w:cstheme="majorHAnsi"/>
        </w:rPr>
        <w:t>Niniejszym potwierdza się dokonanie pomiarów wskazanego pracownika na potrzeby doboru właściwego rozmiaru odzieży roboczej w ramach realizacji umowy na najem i obsługę odzieży roboczej. Pracownik potwierdza, że podane w protokole dane pomiarowe zostały zweryfikowane podczas pomiaru.</w:t>
      </w:r>
    </w:p>
    <w:p w14:paraId="58D227FF" w14:textId="460725FA" w:rsidR="004D5926" w:rsidRPr="00DE53A8" w:rsidRDefault="00DE53A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sz w:val="24"/>
        </w:rPr>
        <w:t>4</w:t>
      </w:r>
      <w:r w:rsidR="007877AA" w:rsidRPr="00DE53A8">
        <w:rPr>
          <w:rFonts w:asciiTheme="majorHAnsi" w:hAnsiTheme="majorHAnsi" w:cstheme="majorHAnsi"/>
          <w:b/>
          <w:sz w:val="24"/>
        </w:rPr>
        <w:t>. PODPISY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27"/>
        <w:gridCol w:w="4927"/>
      </w:tblGrid>
      <w:tr w:rsidR="004D5926" w:rsidRPr="00DE53A8" w14:paraId="7AD8CCF3" w14:textId="77777777" w:rsidTr="00F561F9">
        <w:trPr>
          <w:jc w:val="center"/>
        </w:trPr>
        <w:tc>
          <w:tcPr>
            <w:tcW w:w="4986" w:type="dxa"/>
            <w:shd w:val="clear" w:color="auto" w:fill="B8CCE4" w:themeFill="accent1" w:themeFillTint="66"/>
          </w:tcPr>
          <w:p w14:paraId="11554C6A" w14:textId="41D9C45B" w:rsidR="00947FA3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Pracownik</w:t>
            </w:r>
            <w:r w:rsidRPr="00DE53A8">
              <w:rPr>
                <w:rFonts w:asciiTheme="majorHAnsi" w:hAnsiTheme="majorHAnsi" w:cstheme="majorHAnsi"/>
              </w:rPr>
              <w:br/>
            </w:r>
          </w:p>
        </w:tc>
        <w:tc>
          <w:tcPr>
            <w:tcW w:w="4986" w:type="dxa"/>
            <w:shd w:val="clear" w:color="auto" w:fill="B8CCE4" w:themeFill="accent1" w:themeFillTint="66"/>
          </w:tcPr>
          <w:p w14:paraId="10612BC5" w14:textId="0D6DA183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Osoba dokonująca pomiaru</w:t>
            </w:r>
            <w:r w:rsidRPr="00DE53A8">
              <w:rPr>
                <w:rFonts w:asciiTheme="majorHAnsi" w:hAnsiTheme="majorHAnsi" w:cstheme="majorHAnsi"/>
              </w:rPr>
              <w:br/>
            </w:r>
          </w:p>
        </w:tc>
      </w:tr>
      <w:tr w:rsidR="004D5926" w:rsidRPr="00DE53A8" w14:paraId="4182A933" w14:textId="77777777">
        <w:trPr>
          <w:jc w:val="center"/>
        </w:trPr>
        <w:tc>
          <w:tcPr>
            <w:tcW w:w="4986" w:type="dxa"/>
          </w:tcPr>
          <w:p w14:paraId="11ED0AE0" w14:textId="77777777" w:rsidR="00947FA3" w:rsidRDefault="007877AA" w:rsidP="00947FA3">
            <w:pPr>
              <w:rPr>
                <w:rFonts w:asciiTheme="majorHAnsi" w:hAnsiTheme="majorHAnsi" w:cstheme="majorHAnsi"/>
              </w:rPr>
            </w:pPr>
            <w:proofErr w:type="spellStart"/>
            <w:r w:rsidRPr="00DE53A8">
              <w:rPr>
                <w:rFonts w:asciiTheme="majorHAnsi" w:hAnsiTheme="majorHAnsi" w:cstheme="majorHAnsi"/>
              </w:rPr>
              <w:t>Podpis</w:t>
            </w:r>
            <w:proofErr w:type="spellEnd"/>
          </w:p>
          <w:p w14:paraId="40B96DD9" w14:textId="47C5FFA4" w:rsidR="004D5926" w:rsidRPr="00DE53A8" w:rsidRDefault="007877AA" w:rsidP="00947FA3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br/>
              <w:t>........................................................</w:t>
            </w:r>
          </w:p>
        </w:tc>
        <w:tc>
          <w:tcPr>
            <w:tcW w:w="4986" w:type="dxa"/>
          </w:tcPr>
          <w:p w14:paraId="2C53B10D" w14:textId="77777777" w:rsidR="00947FA3" w:rsidRDefault="007877AA">
            <w:pPr>
              <w:rPr>
                <w:rFonts w:asciiTheme="majorHAnsi" w:hAnsiTheme="majorHAnsi" w:cstheme="majorHAnsi"/>
              </w:rPr>
            </w:pPr>
            <w:proofErr w:type="spellStart"/>
            <w:r w:rsidRPr="00DE53A8">
              <w:rPr>
                <w:rFonts w:asciiTheme="majorHAnsi" w:hAnsiTheme="majorHAnsi" w:cstheme="majorHAnsi"/>
              </w:rPr>
              <w:t>Podpis</w:t>
            </w:r>
            <w:proofErr w:type="spellEnd"/>
          </w:p>
          <w:p w14:paraId="24B7FD71" w14:textId="600148D3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br/>
              <w:t>........................................................</w:t>
            </w:r>
          </w:p>
        </w:tc>
      </w:tr>
      <w:tr w:rsidR="004D5926" w:rsidRPr="00DE53A8" w14:paraId="090C7D89" w14:textId="77777777">
        <w:trPr>
          <w:jc w:val="center"/>
        </w:trPr>
        <w:tc>
          <w:tcPr>
            <w:tcW w:w="4986" w:type="dxa"/>
          </w:tcPr>
          <w:p w14:paraId="4CA1D880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Data</w:t>
            </w:r>
            <w:r w:rsidRPr="00DE53A8">
              <w:rPr>
                <w:rFonts w:asciiTheme="majorHAnsi" w:hAnsiTheme="majorHAnsi" w:cstheme="majorHAnsi"/>
              </w:rPr>
              <w:br/>
              <w:t>........................................................</w:t>
            </w:r>
          </w:p>
        </w:tc>
        <w:tc>
          <w:tcPr>
            <w:tcW w:w="4986" w:type="dxa"/>
          </w:tcPr>
          <w:p w14:paraId="77FB9192" w14:textId="77777777" w:rsidR="004D5926" w:rsidRPr="00DE53A8" w:rsidRDefault="007877AA">
            <w:pPr>
              <w:rPr>
                <w:rFonts w:asciiTheme="majorHAnsi" w:hAnsiTheme="majorHAnsi" w:cstheme="majorHAnsi"/>
              </w:rPr>
            </w:pPr>
            <w:r w:rsidRPr="00DE53A8">
              <w:rPr>
                <w:rFonts w:asciiTheme="majorHAnsi" w:hAnsiTheme="majorHAnsi" w:cstheme="majorHAnsi"/>
              </w:rPr>
              <w:t>Data</w:t>
            </w:r>
            <w:r w:rsidRPr="00DE53A8">
              <w:rPr>
                <w:rFonts w:asciiTheme="majorHAnsi" w:hAnsiTheme="majorHAnsi" w:cstheme="majorHAnsi"/>
              </w:rPr>
              <w:br/>
              <w:t>........................................................</w:t>
            </w:r>
          </w:p>
        </w:tc>
      </w:tr>
    </w:tbl>
    <w:p w14:paraId="3F38AF09" w14:textId="1B48CCFA" w:rsidR="004D5926" w:rsidRPr="00DE53A8" w:rsidRDefault="004D5926" w:rsidP="00DE53A8">
      <w:pPr>
        <w:jc w:val="center"/>
        <w:rPr>
          <w:rFonts w:asciiTheme="majorHAnsi" w:hAnsiTheme="majorHAnsi" w:cstheme="majorHAnsi"/>
        </w:rPr>
      </w:pPr>
    </w:p>
    <w:sectPr w:rsidR="004D5926" w:rsidRPr="00DE53A8" w:rsidSect="000B230F">
      <w:headerReference w:type="default" r:id="rId8"/>
      <w:pgSz w:w="11906" w:h="16838" w:code="9"/>
      <w:pgMar w:top="709" w:right="1134" w:bottom="568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79843" w14:textId="77777777" w:rsidR="00633F92" w:rsidRDefault="00633F92" w:rsidP="00DE53A8">
      <w:pPr>
        <w:spacing w:after="0" w:line="240" w:lineRule="auto"/>
      </w:pPr>
      <w:r>
        <w:separator/>
      </w:r>
    </w:p>
  </w:endnote>
  <w:endnote w:type="continuationSeparator" w:id="0">
    <w:p w14:paraId="2C5C3229" w14:textId="77777777" w:rsidR="00633F92" w:rsidRDefault="00633F92" w:rsidP="00DE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6C1C" w14:textId="77777777" w:rsidR="00633F92" w:rsidRDefault="00633F92" w:rsidP="00DE53A8">
      <w:pPr>
        <w:spacing w:after="0" w:line="240" w:lineRule="auto"/>
      </w:pPr>
      <w:r>
        <w:separator/>
      </w:r>
    </w:p>
  </w:footnote>
  <w:footnote w:type="continuationSeparator" w:id="0">
    <w:p w14:paraId="724563A3" w14:textId="77777777" w:rsidR="00633F92" w:rsidRDefault="00633F92" w:rsidP="00DE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BFF5" w14:textId="278E5FFE" w:rsidR="00DE53A8" w:rsidRDefault="00DE53A8" w:rsidP="00DE53A8">
    <w:pPr>
      <w:spacing w:after="20"/>
      <w:jc w:val="center"/>
    </w:pPr>
    <w:r>
      <w:rPr>
        <w:b/>
        <w:bCs/>
        <w:color w:val="1F497D"/>
        <w:sz w:val="20"/>
        <w:szCs w:val="20"/>
      </w:rPr>
      <w:t>GMINNY ZAKŁAD GOSPODARKI KOMUNALNEJ W ŻÓRAWINIE</w:t>
    </w:r>
  </w:p>
  <w:p w14:paraId="21A3FF29" w14:textId="63FB370A" w:rsidR="00DE53A8" w:rsidRDefault="00DE53A8" w:rsidP="00DE53A8">
    <w:pPr>
      <w:jc w:val="center"/>
    </w:pPr>
    <w:r>
      <w:rPr>
        <w:color w:val="666666"/>
        <w:sz w:val="16"/>
        <w:szCs w:val="16"/>
      </w:rPr>
      <w:t xml:space="preserve">ul. </w:t>
    </w:r>
    <w:proofErr w:type="spellStart"/>
    <w:r>
      <w:rPr>
        <w:color w:val="666666"/>
        <w:sz w:val="16"/>
        <w:szCs w:val="16"/>
      </w:rPr>
      <w:t>Młyńska</w:t>
    </w:r>
    <w:proofErr w:type="spellEnd"/>
    <w:r>
      <w:rPr>
        <w:color w:val="666666"/>
        <w:sz w:val="16"/>
        <w:szCs w:val="16"/>
      </w:rPr>
      <w:t xml:space="preserve"> 9, 55-020 </w:t>
    </w:r>
    <w:proofErr w:type="spellStart"/>
    <w:r>
      <w:rPr>
        <w:color w:val="666666"/>
        <w:sz w:val="16"/>
        <w:szCs w:val="16"/>
      </w:rPr>
      <w:t>Węgry</w:t>
    </w:r>
    <w:proofErr w:type="spellEnd"/>
    <w:r>
      <w:rPr>
        <w:color w:val="666666"/>
        <w:sz w:val="16"/>
        <w:szCs w:val="16"/>
      </w:rPr>
      <w:t xml:space="preserve"> | NIP: 896-142-62-99</w:t>
    </w:r>
  </w:p>
  <w:p w14:paraId="2B8083C4" w14:textId="77777777" w:rsidR="00DE53A8" w:rsidRDefault="00DE53A8" w:rsidP="00DE53A8">
    <w:pPr>
      <w:pBdr>
        <w:bottom w:val="single" w:sz="6" w:space="1" w:color="1F497D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7142736">
    <w:abstractNumId w:val="8"/>
  </w:num>
  <w:num w:numId="2" w16cid:durableId="512231461">
    <w:abstractNumId w:val="6"/>
  </w:num>
  <w:num w:numId="3" w16cid:durableId="26487426">
    <w:abstractNumId w:val="5"/>
  </w:num>
  <w:num w:numId="4" w16cid:durableId="1051613246">
    <w:abstractNumId w:val="4"/>
  </w:num>
  <w:num w:numId="5" w16cid:durableId="1318993417">
    <w:abstractNumId w:val="7"/>
  </w:num>
  <w:num w:numId="6" w16cid:durableId="1775981753">
    <w:abstractNumId w:val="3"/>
  </w:num>
  <w:num w:numId="7" w16cid:durableId="1991864118">
    <w:abstractNumId w:val="2"/>
  </w:num>
  <w:num w:numId="8" w16cid:durableId="495077356">
    <w:abstractNumId w:val="1"/>
  </w:num>
  <w:num w:numId="9" w16cid:durableId="79016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30F"/>
    <w:rsid w:val="0015074B"/>
    <w:rsid w:val="0029639D"/>
    <w:rsid w:val="00326F90"/>
    <w:rsid w:val="0037798A"/>
    <w:rsid w:val="004D5926"/>
    <w:rsid w:val="004E3686"/>
    <w:rsid w:val="00633F92"/>
    <w:rsid w:val="007877AA"/>
    <w:rsid w:val="00947FA3"/>
    <w:rsid w:val="009F562A"/>
    <w:rsid w:val="00A416CB"/>
    <w:rsid w:val="00AA1D8D"/>
    <w:rsid w:val="00B47730"/>
    <w:rsid w:val="00C24362"/>
    <w:rsid w:val="00CB0664"/>
    <w:rsid w:val="00D33FEF"/>
    <w:rsid w:val="00DE50E5"/>
    <w:rsid w:val="00DE53A8"/>
    <w:rsid w:val="00F56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81B44F"/>
  <w14:defaultImageDpi w14:val="300"/>
  <w15:docId w15:val="{B6C098D5-1A09-421F-B9FA-CC3C9C98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Dominika Domino-Małek</cp:lastModifiedBy>
  <cp:revision>7</cp:revision>
  <cp:lastPrinted>2026-10-13T14:05:00Z</cp:lastPrinted>
  <dcterms:created xsi:type="dcterms:W3CDTF">2013-12-23T23:15:00Z</dcterms:created>
  <dcterms:modified xsi:type="dcterms:W3CDTF">2026-10-13T14:06:00Z</dcterms:modified>
  <cp:category/>
</cp:coreProperties>
</file>